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365d"/>
          <w:sz w:val="24"/>
          <w:szCs w:val="24"/>
          <w:rtl w:val="0"/>
        </w:rPr>
        <w:t xml:space="preserve">ISTITUTO COMPRENSIVO N. 15 "ELIO VITTORINI"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rtl w:val="0"/>
        </w:rPr>
        <w:t xml:space="preserve">Via Comunale SS. Annunziata s.n.c. - 98168 Messina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555555"/>
          <w:sz w:val="24"/>
          <w:szCs w:val="24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365d"/>
          <w:sz w:val="24"/>
          <w:szCs w:val="24"/>
          <w:rtl w:val="0"/>
        </w:rPr>
        <w:t xml:space="preserve">DOMANDA DI PARTECIPAZIONE E DICHIARAZIONE SOSTITUTIVA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Avviso di selezione interna per n. 2 Docenti Delegati del Dirigente Scolastico</w:t>
        <w:br w:type="textWrapping"/>
        <w:t xml:space="preserve">Progetto PN "Scuola e competenze" 2021-2027 - Codice: ESO4.5.A2.B-FSEPN-SI-2026-372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 Dirigente Scolastico</w:t>
        <w:br w:type="textWrapping"/>
        <w:t xml:space="preserve">Istituto Comprensivo n. 15 "Elio Vittorini"</w:t>
        <w:br w:type="textWrapping"/>
        <w:t xml:space="preserve">Messina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Il/La sottoscritto/a 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Nato/a a ___________________________________________ (Prov. _____) il ____/____/________</w:t>
        <w:br w:type="textWrapping"/>
        <w:t xml:space="preserve">Residente a ________________________________________ (Prov. _____) in Via _______________________________________ n. _____ C.F. ________________________________</w:t>
        <w:br w:type="textWrapping"/>
        <w:t xml:space="preserve">Tel. ________________________ Cell. ________________________ E-mail __________________________________ In servizio presso questo Istituto in qualità di docente di scuola ____________________________________ con contratto a tempo indeterminato.</w:t>
      </w:r>
    </w:p>
    <w:p w:rsidR="00000000" w:rsidDel="00000000" w:rsidP="00000000" w:rsidRDefault="00000000" w:rsidRPr="00000000" w14:paraId="00000007">
      <w:pPr>
        <w:spacing w:after="16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color w:val="1a365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365d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ammesso/a alla procedura di selezione comparativa per l'attribuzione di uno dei n. 2 incarichi di DOCENTE DELEGATI DEL DIRIGENTE SCOLASTICO nell'ambito del Progetto PN "Scuola e competenze" 2021-2027 – Codice: ESO4.5.A2.B-FSEPN-SI-2026-372.</w:t>
      </w:r>
    </w:p>
    <w:p w:rsidR="00000000" w:rsidDel="00000000" w:rsidP="00000000" w:rsidRDefault="00000000" w:rsidRPr="00000000" w14:paraId="0000000A">
      <w:pPr>
        <w:spacing w:after="12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365d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di tutte le prescrizioni e le condizioni contenute nell'Avviso di selezione emesso dall'Istituto.</w:t>
      </w:r>
    </w:p>
    <w:p w:rsidR="00000000" w:rsidDel="00000000" w:rsidP="00000000" w:rsidRDefault="00000000" w:rsidRPr="00000000" w14:paraId="0000000C">
      <w:pPr>
        <w:spacing w:after="8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alcuna delle condizioni di incompatibilità previste dalla normativa vigente o dal bando di selezione.</w:t>
      </w:r>
    </w:p>
    <w:p w:rsidR="00000000" w:rsidDel="00000000" w:rsidP="00000000" w:rsidRDefault="00000000" w:rsidRPr="00000000" w14:paraId="0000000D">
      <w:pPr>
        <w:spacing w:after="8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possedere i requisiti di ammissione e i titoli culturali/professionali dichiarati nell'Allegato 2 allegato alla presente istanza.</w:t>
      </w:r>
    </w:p>
    <w:p w:rsidR="00000000" w:rsidDel="00000000" w:rsidP="00000000" w:rsidRDefault="00000000" w:rsidRPr="00000000" w14:paraId="0000000E">
      <w:pPr>
        <w:spacing w:after="8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autorizzare il trattamento dei propri dati personali ai sensi del Regolamento UE 2016/679 (GDPR) e del D.Lgs. n. 196/2003 e s.m.i. per le sole finalità connesse alla gestione della presente procedura selettiva.</w:t>
      </w:r>
    </w:p>
    <w:p w:rsidR="00000000" w:rsidDel="00000000" w:rsidP="00000000" w:rsidRDefault="00000000" w:rsidRPr="00000000" w14:paraId="0000000F">
      <w:pPr>
        <w:spacing w:after="8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impegnarsi a svolgere l'incarico secondo il calendario e le modalità stabilite dalla Dirigenza Scolastica, assicurando la massima disponibilità e puntualità.</w:t>
      </w:r>
    </w:p>
    <w:p w:rsidR="00000000" w:rsidDel="00000000" w:rsidP="00000000" w:rsidRDefault="00000000" w:rsidRPr="00000000" w14:paraId="00000010">
      <w:pPr>
        <w:spacing w:after="3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 ALLEGA ALLA PRESENTE: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Curriculum Vitae in formato europeo debitamente datato e sottoscritto;</w:t>
      </w:r>
    </w:p>
    <w:p w:rsidR="00000000" w:rsidDel="00000000" w:rsidP="00000000" w:rsidRDefault="00000000" w:rsidRPr="00000000" w14:paraId="00000012">
      <w:pPr>
        <w:spacing w:after="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Tabella di Autovalutazione dei Titoli debitamente compilata e sottoscritta (Allegato 2);</w:t>
      </w:r>
    </w:p>
    <w:p w:rsidR="00000000" w:rsidDel="00000000" w:rsidP="00000000" w:rsidRDefault="00000000" w:rsidRPr="00000000" w14:paraId="00000013">
      <w:pPr>
        <w:spacing w:after="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Copia di documento di riconoscimento in corso di validità.</w:t>
      </w:r>
    </w:p>
    <w:tbl>
      <w:tblPr>
        <w:tblStyle w:val="Table1"/>
        <w:tblW w:w="9936.0" w:type="dxa"/>
        <w:jc w:val="center"/>
        <w:tblLayout w:type="fixed"/>
        <w:tblLook w:val="0400"/>
      </w:tblPr>
      <w:tblGrid>
        <w:gridCol w:w="4968"/>
        <w:gridCol w:w="4968"/>
        <w:tblGridChange w:id="0">
          <w:tblGrid>
            <w:gridCol w:w="4968"/>
            <w:gridCol w:w="49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Data: ____/____/________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Firma del Dichiarante</w:t>
              <w:br w:type="textWrapping"/>
              <w:br w:type="textWrapping"/>
              <w:br w:type="textWrapping"/>
              <w:t xml:space="preserve">____________________________________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6H15DPHK+FK+KIjy0oV942cjgQ==">CgMxLjA4AHIhMTc1NmZnMFFCbFFkMkpybVJUc1lWYVhyZlc4NTBzM2RS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